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5FC21" w14:textId="77777777" w:rsidR="00702A45" w:rsidRDefault="00575A43">
      <w:pPr>
        <w:jc w:val="center"/>
      </w:pPr>
      <w:bookmarkStart w:id="0" w:name="_GoBack"/>
      <w:bookmarkEnd w:id="0"/>
      <w:r>
        <w:rPr>
          <w:b/>
          <w:sz w:val="28"/>
        </w:rPr>
        <w:t>Fayetteville PK-8 Staff</w:t>
      </w:r>
      <w:r>
        <w:rPr>
          <w:b/>
          <w:sz w:val="28"/>
        </w:rPr>
        <w:br/>
        <w:t>2026-2027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702A45" w14:paraId="22C75C88" w14:textId="77777777" w:rsidTr="26C4D7E9">
        <w:trPr>
          <w:jc w:val="center"/>
        </w:trPr>
        <w:tc>
          <w:tcPr>
            <w:tcW w:w="4320" w:type="dxa"/>
          </w:tcPr>
          <w:p w14:paraId="23263AE8" w14:textId="77777777" w:rsidR="00702A45" w:rsidRDefault="00575A43">
            <w:r>
              <w:rPr>
                <w:b/>
              </w:rPr>
              <w:t>Administration</w:t>
            </w:r>
          </w:p>
        </w:tc>
        <w:tc>
          <w:tcPr>
            <w:tcW w:w="4320" w:type="dxa"/>
          </w:tcPr>
          <w:p w14:paraId="0CAEA39C" w14:textId="77777777" w:rsidR="00702A45" w:rsidRDefault="00575A43">
            <w:r>
              <w:t>Kelly Thompson-Principal</w:t>
            </w:r>
            <w:r>
              <w:br/>
              <w:t>Deborah Scott-Assistant Principal</w:t>
            </w:r>
            <w:r>
              <w:br/>
              <w:t>Britney Maynor-Assistant Principal</w:t>
            </w:r>
          </w:p>
        </w:tc>
      </w:tr>
      <w:tr w:rsidR="00702A45" w14:paraId="6C421262" w14:textId="77777777" w:rsidTr="26C4D7E9">
        <w:trPr>
          <w:jc w:val="center"/>
        </w:trPr>
        <w:tc>
          <w:tcPr>
            <w:tcW w:w="4320" w:type="dxa"/>
          </w:tcPr>
          <w:p w14:paraId="5535A479" w14:textId="77777777" w:rsidR="00702A45" w:rsidRDefault="00575A43">
            <w:r>
              <w:rPr>
                <w:b/>
              </w:rPr>
              <w:t>Office Staff</w:t>
            </w:r>
          </w:p>
        </w:tc>
        <w:tc>
          <w:tcPr>
            <w:tcW w:w="4320" w:type="dxa"/>
          </w:tcPr>
          <w:p w14:paraId="05F39259" w14:textId="77777777" w:rsidR="00702A45" w:rsidRDefault="00575A43">
            <w:r>
              <w:t>Teresa Pack-Financial Secretary</w:t>
            </w:r>
            <w:r>
              <w:br/>
              <w:t>Angel Duncan-Secretary</w:t>
            </w:r>
          </w:p>
        </w:tc>
      </w:tr>
      <w:tr w:rsidR="00702A45" w14:paraId="5BE742A9" w14:textId="77777777" w:rsidTr="26C4D7E9">
        <w:trPr>
          <w:jc w:val="center"/>
        </w:trPr>
        <w:tc>
          <w:tcPr>
            <w:tcW w:w="4320" w:type="dxa"/>
          </w:tcPr>
          <w:p w14:paraId="3DC82054" w14:textId="77777777" w:rsidR="00702A45" w:rsidRDefault="00575A43">
            <w:r>
              <w:rPr>
                <w:b/>
              </w:rPr>
              <w:t>Curriculum Specialist</w:t>
            </w:r>
          </w:p>
        </w:tc>
        <w:tc>
          <w:tcPr>
            <w:tcW w:w="4320" w:type="dxa"/>
          </w:tcPr>
          <w:p w14:paraId="418D118E" w14:textId="77777777" w:rsidR="00702A45" w:rsidRDefault="00575A43">
            <w:r>
              <w:t>Angela Holutiak</w:t>
            </w:r>
          </w:p>
        </w:tc>
      </w:tr>
      <w:tr w:rsidR="00702A45" w14:paraId="1100BBE6" w14:textId="77777777" w:rsidTr="26C4D7E9">
        <w:trPr>
          <w:jc w:val="center"/>
        </w:trPr>
        <w:tc>
          <w:tcPr>
            <w:tcW w:w="4320" w:type="dxa"/>
          </w:tcPr>
          <w:p w14:paraId="51F53193" w14:textId="77777777" w:rsidR="00702A45" w:rsidRDefault="00575A43">
            <w:r>
              <w:rPr>
                <w:b/>
              </w:rPr>
              <w:t>Student Support Team</w:t>
            </w:r>
          </w:p>
        </w:tc>
        <w:tc>
          <w:tcPr>
            <w:tcW w:w="4320" w:type="dxa"/>
          </w:tcPr>
          <w:p w14:paraId="467BA89F" w14:textId="31BC30A4" w:rsidR="00702A45" w:rsidRDefault="00575A43">
            <w:r>
              <w:t>Adriane Heatherly-Counselor</w:t>
            </w:r>
            <w:r>
              <w:br/>
              <w:t>Tamara Banks-Counselor</w:t>
            </w:r>
            <w:r>
              <w:br/>
              <w:t>Kim Pauley-</w:t>
            </w:r>
            <w:r w:rsidR="7B8BE705">
              <w:t>Social Worker</w:t>
            </w:r>
          </w:p>
        </w:tc>
      </w:tr>
      <w:tr w:rsidR="00702A45" w14:paraId="340968A4" w14:textId="77777777" w:rsidTr="26C4D7E9">
        <w:trPr>
          <w:jc w:val="center"/>
        </w:trPr>
        <w:tc>
          <w:tcPr>
            <w:tcW w:w="4320" w:type="dxa"/>
          </w:tcPr>
          <w:p w14:paraId="64351BC0" w14:textId="77777777" w:rsidR="00702A45" w:rsidRDefault="00575A43">
            <w:r>
              <w:rPr>
                <w:b/>
              </w:rPr>
              <w:t>School Nurse</w:t>
            </w:r>
          </w:p>
        </w:tc>
        <w:tc>
          <w:tcPr>
            <w:tcW w:w="4320" w:type="dxa"/>
          </w:tcPr>
          <w:p w14:paraId="6476939A" w14:textId="77777777" w:rsidR="00702A45" w:rsidRDefault="00575A43">
            <w:r>
              <w:t>Hannah Kania</w:t>
            </w:r>
          </w:p>
        </w:tc>
      </w:tr>
      <w:tr w:rsidR="00702A45" w14:paraId="5C42F142" w14:textId="77777777" w:rsidTr="26C4D7E9">
        <w:trPr>
          <w:jc w:val="center"/>
        </w:trPr>
        <w:tc>
          <w:tcPr>
            <w:tcW w:w="4320" w:type="dxa"/>
          </w:tcPr>
          <w:p w14:paraId="6800326B" w14:textId="77777777" w:rsidR="00702A45" w:rsidRDefault="00575A43">
            <w:r>
              <w:rPr>
                <w:b/>
              </w:rPr>
              <w:t>Speech Therapist</w:t>
            </w:r>
          </w:p>
        </w:tc>
        <w:tc>
          <w:tcPr>
            <w:tcW w:w="4320" w:type="dxa"/>
          </w:tcPr>
          <w:p w14:paraId="6A9B20B7" w14:textId="77777777" w:rsidR="00702A45" w:rsidRDefault="00575A43">
            <w:r>
              <w:t>Lyndsi Wriston</w:t>
            </w:r>
          </w:p>
        </w:tc>
      </w:tr>
      <w:tr w:rsidR="00702A45" w14:paraId="768788CD" w14:textId="77777777" w:rsidTr="26C4D7E9">
        <w:trPr>
          <w:jc w:val="center"/>
        </w:trPr>
        <w:tc>
          <w:tcPr>
            <w:tcW w:w="4320" w:type="dxa"/>
          </w:tcPr>
          <w:p w14:paraId="0F2E5695" w14:textId="77777777" w:rsidR="00702A45" w:rsidRDefault="00575A43">
            <w:r>
              <w:rPr>
                <w:b/>
              </w:rPr>
              <w:t>PreK</w:t>
            </w:r>
          </w:p>
        </w:tc>
        <w:tc>
          <w:tcPr>
            <w:tcW w:w="4320" w:type="dxa"/>
          </w:tcPr>
          <w:p w14:paraId="7FBC514A" w14:textId="77777777" w:rsidR="00702A45" w:rsidRDefault="00575A43">
            <w:r>
              <w:t>Kathy Lawrence</w:t>
            </w:r>
          </w:p>
        </w:tc>
      </w:tr>
      <w:tr w:rsidR="00702A45" w14:paraId="1F500934" w14:textId="77777777" w:rsidTr="26C4D7E9">
        <w:trPr>
          <w:jc w:val="center"/>
        </w:trPr>
        <w:tc>
          <w:tcPr>
            <w:tcW w:w="4320" w:type="dxa"/>
          </w:tcPr>
          <w:p w14:paraId="489829AB" w14:textId="77777777" w:rsidR="00702A45" w:rsidRDefault="00575A43">
            <w:pPr>
              <w:rPr>
                <w:b/>
              </w:rPr>
            </w:pPr>
            <w:r>
              <w:rPr>
                <w:b/>
              </w:rPr>
              <w:t>Kindergarten</w:t>
            </w:r>
          </w:p>
          <w:p w14:paraId="10834F14" w14:textId="77777777" w:rsidR="00D41DF4" w:rsidRPr="00D41DF4" w:rsidRDefault="00D41DF4">
            <w:pPr>
              <w:rPr>
                <w:b/>
              </w:rPr>
            </w:pPr>
            <w:r w:rsidRPr="00D41DF4">
              <w:rPr>
                <w:b/>
              </w:rPr>
              <w:t>Kindergarten/1</w:t>
            </w:r>
            <w:r w:rsidRPr="00D41DF4">
              <w:rPr>
                <w:b/>
                <w:vertAlign w:val="superscript"/>
              </w:rPr>
              <w:t>st</w:t>
            </w:r>
            <w:r w:rsidRPr="00D41DF4">
              <w:rPr>
                <w:b/>
              </w:rPr>
              <w:t xml:space="preserve"> Grade Split</w:t>
            </w:r>
          </w:p>
        </w:tc>
        <w:tc>
          <w:tcPr>
            <w:tcW w:w="4320" w:type="dxa"/>
          </w:tcPr>
          <w:p w14:paraId="187D7075" w14:textId="77777777" w:rsidR="00702A45" w:rsidRDefault="00575A43">
            <w:r>
              <w:t>Dawn Murphy</w:t>
            </w:r>
            <w:r>
              <w:br/>
              <w:t>Lisa Reeves</w:t>
            </w:r>
          </w:p>
        </w:tc>
      </w:tr>
      <w:tr w:rsidR="00702A45" w14:paraId="2D3C1E95" w14:textId="77777777" w:rsidTr="26C4D7E9">
        <w:trPr>
          <w:jc w:val="center"/>
        </w:trPr>
        <w:tc>
          <w:tcPr>
            <w:tcW w:w="4320" w:type="dxa"/>
          </w:tcPr>
          <w:p w14:paraId="5C7DDB6B" w14:textId="77777777" w:rsidR="00702A45" w:rsidRDefault="00575A43">
            <w:r>
              <w:rPr>
                <w:b/>
              </w:rPr>
              <w:t>First Grade</w:t>
            </w:r>
          </w:p>
        </w:tc>
        <w:tc>
          <w:tcPr>
            <w:tcW w:w="4320" w:type="dxa"/>
          </w:tcPr>
          <w:p w14:paraId="6357754E" w14:textId="77777777" w:rsidR="00702A45" w:rsidRDefault="00575A43">
            <w:r>
              <w:t>Amy Adkins</w:t>
            </w:r>
          </w:p>
        </w:tc>
      </w:tr>
      <w:tr w:rsidR="00702A45" w14:paraId="4960BFFF" w14:textId="77777777" w:rsidTr="26C4D7E9">
        <w:trPr>
          <w:jc w:val="center"/>
        </w:trPr>
        <w:tc>
          <w:tcPr>
            <w:tcW w:w="4320" w:type="dxa"/>
          </w:tcPr>
          <w:p w14:paraId="766E0D85" w14:textId="77777777" w:rsidR="00702A45" w:rsidRDefault="00575A43">
            <w:r>
              <w:rPr>
                <w:b/>
              </w:rPr>
              <w:t>Second Grade</w:t>
            </w:r>
          </w:p>
        </w:tc>
        <w:tc>
          <w:tcPr>
            <w:tcW w:w="4320" w:type="dxa"/>
          </w:tcPr>
          <w:p w14:paraId="7709ADE2" w14:textId="77777777" w:rsidR="00702A45" w:rsidRDefault="00575A43">
            <w:r>
              <w:t>Bessie Thomas</w:t>
            </w:r>
            <w:r>
              <w:br/>
              <w:t>Monica Marcum</w:t>
            </w:r>
          </w:p>
        </w:tc>
      </w:tr>
      <w:tr w:rsidR="00702A45" w14:paraId="7E6A8188" w14:textId="77777777" w:rsidTr="26C4D7E9">
        <w:trPr>
          <w:jc w:val="center"/>
        </w:trPr>
        <w:tc>
          <w:tcPr>
            <w:tcW w:w="4320" w:type="dxa"/>
          </w:tcPr>
          <w:p w14:paraId="1FB26E15" w14:textId="77777777" w:rsidR="00702A45" w:rsidRDefault="00575A43">
            <w:r>
              <w:rPr>
                <w:b/>
              </w:rPr>
              <w:t>Third Grade</w:t>
            </w:r>
          </w:p>
        </w:tc>
        <w:tc>
          <w:tcPr>
            <w:tcW w:w="4320" w:type="dxa"/>
          </w:tcPr>
          <w:p w14:paraId="1B35EA4E" w14:textId="77777777" w:rsidR="00702A45" w:rsidRDefault="00575A43">
            <w:r>
              <w:t>Erin McClung</w:t>
            </w:r>
            <w:r>
              <w:br/>
              <w:t>Karrah Aubry</w:t>
            </w:r>
          </w:p>
        </w:tc>
      </w:tr>
      <w:tr w:rsidR="00702A45" w14:paraId="5C87A3AF" w14:textId="77777777" w:rsidTr="26C4D7E9">
        <w:trPr>
          <w:jc w:val="center"/>
        </w:trPr>
        <w:tc>
          <w:tcPr>
            <w:tcW w:w="4320" w:type="dxa"/>
          </w:tcPr>
          <w:p w14:paraId="56F83E62" w14:textId="77777777" w:rsidR="00702A45" w:rsidRDefault="00575A43">
            <w:r>
              <w:rPr>
                <w:b/>
              </w:rPr>
              <w:t>Fourth Grade</w:t>
            </w:r>
          </w:p>
        </w:tc>
        <w:tc>
          <w:tcPr>
            <w:tcW w:w="4320" w:type="dxa"/>
          </w:tcPr>
          <w:p w14:paraId="0C7E18BC" w14:textId="77777777" w:rsidR="00702A45" w:rsidRDefault="00575A43">
            <w:r>
              <w:t>Barbie Smith</w:t>
            </w:r>
            <w:r>
              <w:br/>
              <w:t>Teresa Fitzwater</w:t>
            </w:r>
          </w:p>
        </w:tc>
      </w:tr>
      <w:tr w:rsidR="00702A45" w14:paraId="7FFDB2B4" w14:textId="77777777" w:rsidTr="26C4D7E9">
        <w:trPr>
          <w:jc w:val="center"/>
        </w:trPr>
        <w:tc>
          <w:tcPr>
            <w:tcW w:w="4320" w:type="dxa"/>
          </w:tcPr>
          <w:p w14:paraId="5A9F640A" w14:textId="77777777" w:rsidR="00702A45" w:rsidRDefault="00575A43">
            <w:r>
              <w:rPr>
                <w:b/>
              </w:rPr>
              <w:t>Fifth/Sixth Grade</w:t>
            </w:r>
          </w:p>
        </w:tc>
        <w:tc>
          <w:tcPr>
            <w:tcW w:w="4320" w:type="dxa"/>
          </w:tcPr>
          <w:p w14:paraId="2FCDA9F4" w14:textId="77777777" w:rsidR="00702A45" w:rsidRDefault="00575A43">
            <w:r>
              <w:t>Carrie Catalano</w:t>
            </w:r>
            <w:r>
              <w:br/>
              <w:t>VACANCY</w:t>
            </w:r>
            <w:r>
              <w:br/>
              <w:t>Jessica Moneypenny</w:t>
            </w:r>
            <w:r>
              <w:br/>
              <w:t>Kathy Hilton</w:t>
            </w:r>
          </w:p>
        </w:tc>
      </w:tr>
      <w:tr w:rsidR="00702A45" w14:paraId="7428D2E1" w14:textId="77777777" w:rsidTr="26C4D7E9">
        <w:trPr>
          <w:jc w:val="center"/>
        </w:trPr>
        <w:tc>
          <w:tcPr>
            <w:tcW w:w="4320" w:type="dxa"/>
          </w:tcPr>
          <w:p w14:paraId="42BDA504" w14:textId="77777777" w:rsidR="00702A45" w:rsidRDefault="00575A43">
            <w:r>
              <w:rPr>
                <w:b/>
              </w:rPr>
              <w:t>Seventh/Eighth Grade</w:t>
            </w:r>
          </w:p>
        </w:tc>
        <w:tc>
          <w:tcPr>
            <w:tcW w:w="4320" w:type="dxa"/>
          </w:tcPr>
          <w:p w14:paraId="00706D96" w14:textId="77777777" w:rsidR="00702A45" w:rsidRDefault="00575A43">
            <w:r>
              <w:t>Samantha McMillion - Social Studies</w:t>
            </w:r>
            <w:r>
              <w:br/>
              <w:t>Erin Rice-Science</w:t>
            </w:r>
            <w:r>
              <w:br/>
              <w:t>Jonathan Rahall-Math</w:t>
            </w:r>
            <w:r>
              <w:br/>
              <w:t>Laura Ford-ELA</w:t>
            </w:r>
          </w:p>
        </w:tc>
      </w:tr>
      <w:tr w:rsidR="00702A45" w14:paraId="22F63AA4" w14:textId="77777777" w:rsidTr="26C4D7E9">
        <w:trPr>
          <w:jc w:val="center"/>
        </w:trPr>
        <w:tc>
          <w:tcPr>
            <w:tcW w:w="4320" w:type="dxa"/>
          </w:tcPr>
          <w:p w14:paraId="5D2EF534" w14:textId="77777777" w:rsidR="00702A45" w:rsidRDefault="00575A43">
            <w:r>
              <w:rPr>
                <w:b/>
              </w:rPr>
              <w:t>Specials</w:t>
            </w:r>
          </w:p>
        </w:tc>
        <w:tc>
          <w:tcPr>
            <w:tcW w:w="4320" w:type="dxa"/>
          </w:tcPr>
          <w:p w14:paraId="6D81ADD2" w14:textId="77777777" w:rsidR="00702A45" w:rsidRDefault="00575A43">
            <w:r>
              <w:t>JD Messenger-Music</w:t>
            </w:r>
            <w:r>
              <w:br/>
              <w:t>Derek Bloomfield-PE</w:t>
            </w:r>
            <w:r>
              <w:br/>
              <w:t>Kristy Gilkey-PE</w:t>
            </w:r>
            <w:r>
              <w:br/>
              <w:t>Stephanie Messenger-Music</w:t>
            </w:r>
            <w:r>
              <w:br/>
              <w:t>Tyler Bauer-Art</w:t>
            </w:r>
          </w:p>
        </w:tc>
      </w:tr>
      <w:tr w:rsidR="00702A45" w14:paraId="762288FF" w14:textId="77777777" w:rsidTr="26C4D7E9">
        <w:trPr>
          <w:jc w:val="center"/>
        </w:trPr>
        <w:tc>
          <w:tcPr>
            <w:tcW w:w="4320" w:type="dxa"/>
          </w:tcPr>
          <w:p w14:paraId="5B34680A" w14:textId="77777777" w:rsidR="00702A45" w:rsidRDefault="00575A43">
            <w:r>
              <w:rPr>
                <w:b/>
              </w:rPr>
              <w:t>STEM</w:t>
            </w:r>
          </w:p>
        </w:tc>
        <w:tc>
          <w:tcPr>
            <w:tcW w:w="4320" w:type="dxa"/>
          </w:tcPr>
          <w:p w14:paraId="048825E6" w14:textId="77777777" w:rsidR="00702A45" w:rsidRDefault="00575A43">
            <w:r>
              <w:t>Jennifer Scott</w:t>
            </w:r>
          </w:p>
        </w:tc>
      </w:tr>
      <w:tr w:rsidR="00702A45" w14:paraId="63A0F440" w14:textId="77777777" w:rsidTr="26C4D7E9">
        <w:trPr>
          <w:jc w:val="center"/>
        </w:trPr>
        <w:tc>
          <w:tcPr>
            <w:tcW w:w="4320" w:type="dxa"/>
          </w:tcPr>
          <w:p w14:paraId="25EE916E" w14:textId="77777777" w:rsidR="00702A45" w:rsidRDefault="00575A43">
            <w:r>
              <w:rPr>
                <w:b/>
              </w:rPr>
              <w:t>Special Education</w:t>
            </w:r>
          </w:p>
        </w:tc>
        <w:tc>
          <w:tcPr>
            <w:tcW w:w="4320" w:type="dxa"/>
          </w:tcPr>
          <w:p w14:paraId="4C4DE6ED" w14:textId="1F71370D" w:rsidR="00575A43" w:rsidRDefault="36A457F0" w:rsidP="00575A43">
            <w:r>
              <w:t>Mekalynn Cox</w:t>
            </w:r>
            <w:r w:rsidR="00575A43">
              <w:br/>
            </w:r>
            <w:r>
              <w:t>Carol Learmonth</w:t>
            </w:r>
            <w:r w:rsidR="00575A43">
              <w:br/>
            </w:r>
            <w:r>
              <w:t>Jamie Johnson</w:t>
            </w:r>
            <w:r w:rsidR="00575A43">
              <w:br/>
            </w:r>
            <w:r>
              <w:t>Misty Lovins</w:t>
            </w:r>
            <w:r w:rsidR="00575A43">
              <w:br/>
            </w:r>
            <w:r>
              <w:t>Stacy Harris</w:t>
            </w:r>
            <w:r w:rsidR="4F53A424">
              <w:t>on</w:t>
            </w:r>
            <w:r w:rsidR="00575A43">
              <w:br/>
            </w:r>
            <w:r>
              <w:t>Tammy Koontz</w:t>
            </w:r>
            <w:r w:rsidR="00575A43">
              <w:br/>
            </w:r>
            <w:r>
              <w:t>Sarah Cody</w:t>
            </w:r>
          </w:p>
        </w:tc>
      </w:tr>
      <w:tr w:rsidR="00702A45" w14:paraId="258C1DCC" w14:textId="77777777" w:rsidTr="26C4D7E9">
        <w:trPr>
          <w:jc w:val="center"/>
        </w:trPr>
        <w:tc>
          <w:tcPr>
            <w:tcW w:w="4320" w:type="dxa"/>
          </w:tcPr>
          <w:p w14:paraId="30C73981" w14:textId="77777777" w:rsidR="00702A45" w:rsidRDefault="00575A43">
            <w:r>
              <w:rPr>
                <w:b/>
              </w:rPr>
              <w:t>Title I</w:t>
            </w:r>
          </w:p>
        </w:tc>
        <w:tc>
          <w:tcPr>
            <w:tcW w:w="4320" w:type="dxa"/>
          </w:tcPr>
          <w:p w14:paraId="65F5E62C" w14:textId="017DAD19" w:rsidR="00702A45" w:rsidRDefault="36A457F0">
            <w:r>
              <w:t>Cindy Wolfe</w:t>
            </w:r>
          </w:p>
        </w:tc>
      </w:tr>
      <w:tr w:rsidR="00702A45" w14:paraId="040949ED" w14:textId="77777777" w:rsidTr="26C4D7E9">
        <w:trPr>
          <w:jc w:val="center"/>
        </w:trPr>
        <w:tc>
          <w:tcPr>
            <w:tcW w:w="4320" w:type="dxa"/>
          </w:tcPr>
          <w:p w14:paraId="0B5FDF99" w14:textId="77777777" w:rsidR="00702A45" w:rsidRDefault="00575A43">
            <w:r>
              <w:rPr>
                <w:b/>
              </w:rPr>
              <w:t>Instructional Aides</w:t>
            </w:r>
          </w:p>
        </w:tc>
        <w:tc>
          <w:tcPr>
            <w:tcW w:w="4320" w:type="dxa"/>
          </w:tcPr>
          <w:p w14:paraId="7811A4CE" w14:textId="7C932A6F" w:rsidR="00702A45" w:rsidRDefault="36A457F0">
            <w:r>
              <w:t>Tammie Whittington</w:t>
            </w:r>
            <w:r w:rsidR="00575A43">
              <w:br/>
            </w:r>
            <w:r>
              <w:t>Donna Stevens</w:t>
            </w:r>
            <w:r w:rsidR="00575A43">
              <w:br/>
            </w:r>
            <w:r>
              <w:t>Kerren Hall</w:t>
            </w:r>
            <w:r w:rsidR="00575A43">
              <w:br/>
            </w:r>
            <w:r>
              <w:t>Brooklyn Long</w:t>
            </w:r>
            <w:r w:rsidR="00575A43">
              <w:br/>
            </w:r>
            <w:r>
              <w:t>Lindsey Craddock</w:t>
            </w:r>
            <w:r w:rsidR="00575A43">
              <w:br/>
            </w:r>
            <w:r>
              <w:t>Whitney O’Dell</w:t>
            </w:r>
            <w:r w:rsidR="00575A43">
              <w:br/>
            </w:r>
            <w:r>
              <w:t>Dana Shelton</w:t>
            </w:r>
            <w:r w:rsidR="00575A43">
              <w:br/>
            </w:r>
            <w:r>
              <w:t>Nichole Cook</w:t>
            </w:r>
          </w:p>
          <w:p w14:paraId="07F14D4D" w14:textId="5F66802F" w:rsidR="00575A43" w:rsidRDefault="36A457F0" w:rsidP="00575A43">
            <w:r>
              <w:lastRenderedPageBreak/>
              <w:t>Olivia Legg</w:t>
            </w:r>
          </w:p>
          <w:p w14:paraId="22BE928F" w14:textId="00FF6C30" w:rsidR="00575A43" w:rsidRDefault="36A457F0" w:rsidP="00575A43">
            <w:r>
              <w:t>Kelly Johnson</w:t>
            </w:r>
          </w:p>
        </w:tc>
      </w:tr>
      <w:tr w:rsidR="00702A45" w14:paraId="3972BF41" w14:textId="77777777" w:rsidTr="26C4D7E9">
        <w:trPr>
          <w:jc w:val="center"/>
        </w:trPr>
        <w:tc>
          <w:tcPr>
            <w:tcW w:w="4320" w:type="dxa"/>
          </w:tcPr>
          <w:p w14:paraId="7365B1A2" w14:textId="77777777" w:rsidR="00702A45" w:rsidRDefault="00575A43">
            <w:r>
              <w:rPr>
                <w:b/>
              </w:rPr>
              <w:lastRenderedPageBreak/>
              <w:t>Cooks</w:t>
            </w:r>
          </w:p>
        </w:tc>
        <w:tc>
          <w:tcPr>
            <w:tcW w:w="4320" w:type="dxa"/>
          </w:tcPr>
          <w:p w14:paraId="1F5C77F5" w14:textId="77777777" w:rsidR="00702A45" w:rsidRDefault="00575A43">
            <w:r>
              <w:t>Connie Morris</w:t>
            </w:r>
            <w:r>
              <w:br/>
              <w:t>Carla Clark</w:t>
            </w:r>
            <w:r>
              <w:br/>
              <w:t xml:space="preserve">Deborah </w:t>
            </w:r>
            <w:proofErr w:type="spellStart"/>
            <w:r>
              <w:t>Grimmett</w:t>
            </w:r>
            <w:proofErr w:type="spellEnd"/>
            <w:r>
              <w:br/>
              <w:t>Glenna Legg</w:t>
            </w:r>
          </w:p>
        </w:tc>
      </w:tr>
      <w:tr w:rsidR="00702A45" w14:paraId="3F7BDBFD" w14:textId="77777777" w:rsidTr="26C4D7E9">
        <w:trPr>
          <w:jc w:val="center"/>
        </w:trPr>
        <w:tc>
          <w:tcPr>
            <w:tcW w:w="4320" w:type="dxa"/>
          </w:tcPr>
          <w:p w14:paraId="022004DF" w14:textId="77777777" w:rsidR="00702A45" w:rsidRDefault="00575A43">
            <w:r>
              <w:rPr>
                <w:b/>
              </w:rPr>
              <w:t>Custodians</w:t>
            </w:r>
          </w:p>
        </w:tc>
        <w:tc>
          <w:tcPr>
            <w:tcW w:w="4320" w:type="dxa"/>
          </w:tcPr>
          <w:p w14:paraId="216793D7" w14:textId="77777777" w:rsidR="00575A43" w:rsidRDefault="00575A43">
            <w:r>
              <w:t>VACANCY</w:t>
            </w:r>
          </w:p>
          <w:p w14:paraId="1D9F54C2" w14:textId="77777777" w:rsidR="00575A43" w:rsidRDefault="00575A43">
            <w:r>
              <w:t xml:space="preserve">Beverly </w:t>
            </w:r>
            <w:proofErr w:type="spellStart"/>
            <w:r>
              <w:t>Gover</w:t>
            </w:r>
            <w:proofErr w:type="spellEnd"/>
          </w:p>
          <w:p w14:paraId="0483630F" w14:textId="77777777" w:rsidR="00702A45" w:rsidRDefault="00575A43">
            <w:r>
              <w:t>Vernon Law</w:t>
            </w:r>
            <w:r>
              <w:br/>
              <w:t>Brandon Cole</w:t>
            </w:r>
          </w:p>
        </w:tc>
      </w:tr>
    </w:tbl>
    <w:p w14:paraId="0DB352D4" w14:textId="77777777" w:rsidR="00A30AFD" w:rsidRDefault="00A30AFD"/>
    <w:sectPr w:rsidR="00A30AFD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5A43"/>
    <w:rsid w:val="00702A45"/>
    <w:rsid w:val="00A30AFD"/>
    <w:rsid w:val="00A849BA"/>
    <w:rsid w:val="00AA1D8D"/>
    <w:rsid w:val="00B065FE"/>
    <w:rsid w:val="00B47730"/>
    <w:rsid w:val="00B553BA"/>
    <w:rsid w:val="00CB0664"/>
    <w:rsid w:val="00D41DF4"/>
    <w:rsid w:val="00FC693F"/>
    <w:rsid w:val="26C4D7E9"/>
    <w:rsid w:val="2894BC0F"/>
    <w:rsid w:val="36A457F0"/>
    <w:rsid w:val="4F53A424"/>
    <w:rsid w:val="5A962061"/>
    <w:rsid w:val="7B8BE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E7A49"/>
  <w14:defaultImageDpi w14:val="300"/>
  <w15:docId w15:val="{49D76757-79F0-4BE2-AB1F-52625283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9d0c4d-0889-4d3e-ac18-4541ab76d0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E7095D588934A95A84D881674E85A" ma:contentTypeVersion="17" ma:contentTypeDescription="Create a new document." ma:contentTypeScope="" ma:versionID="085f5bc6c8c0e05c2d127ec87bc6be3d">
  <xsd:schema xmlns:xsd="http://www.w3.org/2001/XMLSchema" xmlns:xs="http://www.w3.org/2001/XMLSchema" xmlns:p="http://schemas.microsoft.com/office/2006/metadata/properties" xmlns:ns3="1b0cfbe3-381a-44bb-800d-e7149fd9e5f8" xmlns:ns4="d99d0c4d-0889-4d3e-ac18-4541ab76d0ed" targetNamespace="http://schemas.microsoft.com/office/2006/metadata/properties" ma:root="true" ma:fieldsID="b932027d9d6a24e8d8d3ddef9c5b60ae" ns3:_="" ns4:_="">
    <xsd:import namespace="1b0cfbe3-381a-44bb-800d-e7149fd9e5f8"/>
    <xsd:import namespace="d99d0c4d-0889-4d3e-ac18-4541ab76d0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fbe3-381a-44bb-800d-e7149fd9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d0c4d-0889-4d3e-ac18-4541ab76d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569804-1C8A-440A-ABCB-89BE76B296C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99d0c4d-0889-4d3e-ac18-4541ab76d0ed"/>
    <ds:schemaRef ds:uri="1b0cfbe3-381a-44bb-800d-e7149fd9e5f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24D404-383B-4519-967A-A4CABBD67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AAD845-82FA-4A35-B7ED-B8F3CD1EB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fbe3-381a-44bb-800d-e7149fd9e5f8"/>
    <ds:schemaRef ds:uri="d99d0c4d-0889-4d3e-ac18-4541ab76d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57FD37-7F90-460E-AC32-3E2FE986A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Britney Maynor</cp:lastModifiedBy>
  <cp:revision>2</cp:revision>
  <dcterms:created xsi:type="dcterms:W3CDTF">2026-08-20T18:10:00Z</dcterms:created>
  <dcterms:modified xsi:type="dcterms:W3CDTF">2026-08-20T18:10:00Z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4efcc151-47e0-48e8-94ad-0015742e0f83</vt:lpwstr>
  </property>
  <property fmtid="{D5CDD505-2E9C-101B-9397-08002B2CF9AE}" pid="3" name="ContentTypeId">
    <vt:lpwstr>0x010100381E7095D588934A95A84D881674E85A</vt:lpwstr>
  </property>
  <property fmtid="{D5CDD505-2E9C-101B-9397-08002B2CF9AE}" pid="4" name="MSIP_Label_460f4a70-4b6c-4bd4-a002-31edb9c00abe_Enabled">
    <vt:lpwstr>true</vt:lpwstr>
  </property>
  <property fmtid="{D5CDD505-2E9C-101B-9397-08002B2CF9AE}" pid="5" name="MSIP_Label_460f4a70-4b6c-4bd4-a002-31edb9c00abe_SetDate">
    <vt:lpwstr>2026-08-13T19:25:35Z</vt:lpwstr>
  </property>
  <property fmtid="{D5CDD505-2E9C-101B-9397-08002B2CF9AE}" pid="6" name="MSIP_Label_460f4a70-4b6c-4bd4-a002-31edb9c00abe_Method">
    <vt:lpwstr>Standard</vt:lpwstr>
  </property>
  <property fmtid="{D5CDD505-2E9C-101B-9397-08002B2CF9AE}" pid="7" name="MSIP_Label_460f4a70-4b6c-4bd4-a002-31edb9c00abe_Name">
    <vt:lpwstr>General</vt:lpwstr>
  </property>
  <property fmtid="{D5CDD505-2E9C-101B-9397-08002B2CF9AE}" pid="8" name="MSIP_Label_460f4a70-4b6c-4bd4-a002-31edb9c00abe_SiteId">
    <vt:lpwstr>e019b04b-330c-467a-8bae-09fb17374d6a</vt:lpwstr>
  </property>
  <property fmtid="{D5CDD505-2E9C-101B-9397-08002B2CF9AE}" pid="9" name="MSIP_Label_460f4a70-4b6c-4bd4-a002-31edb9c00abe_ActionId">
    <vt:lpwstr>48b4b050-27f8-49df-87f1-1762dfb4acb5</vt:lpwstr>
  </property>
  <property fmtid="{D5CDD505-2E9C-101B-9397-08002B2CF9AE}" pid="10" name="MSIP_Label_460f4a70-4b6c-4bd4-a002-31edb9c00abe_ContentBits">
    <vt:lpwstr>0</vt:lpwstr>
  </property>
  <property fmtid="{D5CDD505-2E9C-101B-9397-08002B2CF9AE}" pid="11" name="MSIP_Label_460f4a70-4b6c-4bd4-a002-31edb9c00abe_Tag">
    <vt:lpwstr>10, 3, 0, 2</vt:lpwstr>
  </property>
</Properties>
</file>