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A53B18" w14:textId="7C250F5B" w:rsidR="00C52265" w:rsidRPr="0016002E" w:rsidRDefault="00531287">
      <w:pPr>
        <w:pStyle w:val="Title"/>
        <w:jc w:val="center"/>
        <w:rPr>
          <w:b/>
          <w:bCs/>
          <w:sz w:val="40"/>
          <w:szCs w:val="40"/>
        </w:rPr>
      </w:pPr>
      <w:r w:rsidRPr="0016002E">
        <w:rPr>
          <w:b/>
          <w:bCs/>
          <w:sz w:val="40"/>
          <w:szCs w:val="40"/>
        </w:rPr>
        <w:t>ST</w:t>
      </w:r>
      <w:r w:rsidR="00266DD0" w:rsidRPr="0016002E">
        <w:rPr>
          <w:b/>
          <w:bCs/>
          <w:sz w:val="40"/>
          <w:szCs w:val="40"/>
        </w:rPr>
        <w:t>UDENTS</w:t>
      </w:r>
      <w:r w:rsidRPr="0016002E">
        <w:rPr>
          <w:b/>
          <w:bCs/>
          <w:sz w:val="40"/>
          <w:szCs w:val="40"/>
        </w:rPr>
        <w:t xml:space="preserve"> - </w:t>
      </w:r>
      <w:r w:rsidR="00BD2C8C" w:rsidRPr="0016002E">
        <w:rPr>
          <w:b/>
          <w:bCs/>
          <w:sz w:val="40"/>
          <w:szCs w:val="40"/>
        </w:rPr>
        <w:t>Eastern Greenbrier Middle School Clothing Order Form</w:t>
      </w:r>
    </w:p>
    <w:p w14:paraId="1EDF688B" w14:textId="1892ACCF" w:rsidR="00BD2C8C" w:rsidRDefault="00BD2C8C" w:rsidP="00BD2C8C">
      <w:pPr>
        <w:jc w:val="center"/>
      </w:pPr>
      <w:r>
        <w:t>*Please make checks payable to: EGMS or Eastern Greenbrier Middle School</w:t>
      </w:r>
    </w:p>
    <w:p w14:paraId="7E67E272" w14:textId="39679CE4" w:rsidR="003F2D74" w:rsidRDefault="003F2D74" w:rsidP="003F2D74">
      <w:r>
        <w:t xml:space="preserve">           </w:t>
      </w:r>
    </w:p>
    <w:p w14:paraId="6A865FB9" w14:textId="3EDD72B4" w:rsidR="003151FE" w:rsidRDefault="003151FE" w:rsidP="003F2D74">
      <w:r>
        <w:t xml:space="preserve">  Student name: _______________________________</w:t>
      </w:r>
      <w:r w:rsidR="00267BFE">
        <w:t>______</w:t>
      </w:r>
      <w:r>
        <w:t>________   Grade: _________</w:t>
      </w:r>
    </w:p>
    <w:p w14:paraId="63070D1A" w14:textId="04162CBB" w:rsidR="00945806" w:rsidRDefault="00BA6847" w:rsidP="003F2D74">
      <w:r>
        <w:t xml:space="preserve">  Parent or G</w:t>
      </w:r>
      <w:r w:rsidR="00945806">
        <w:t>ua</w:t>
      </w:r>
      <w:r>
        <w:t>rdian</w:t>
      </w:r>
      <w:r w:rsidR="00945806">
        <w:t>: _________________________________</w:t>
      </w:r>
      <w:r w:rsidR="00267BFE">
        <w:t>______</w:t>
      </w:r>
      <w:r w:rsidR="00945806">
        <w:t>___________________</w:t>
      </w:r>
    </w:p>
    <w:p w14:paraId="39ED6E2C" w14:textId="269F9ACD" w:rsidR="00BA6847" w:rsidRPr="00BD2C8C" w:rsidRDefault="00945806" w:rsidP="003F2D74">
      <w:r>
        <w:t xml:space="preserve">  </w:t>
      </w:r>
      <w:r w:rsidR="005251FA">
        <w:t>Phone or email: _________________________</w:t>
      </w:r>
      <w:r w:rsidR="002F592E">
        <w:t>_</w:t>
      </w:r>
      <w:r w:rsidR="005251FA">
        <w:t>_____</w:t>
      </w:r>
      <w:r w:rsidR="00267BFE">
        <w:t>____</w:t>
      </w:r>
      <w:r w:rsidR="005251FA">
        <w:t>_</w:t>
      </w:r>
      <w:proofErr w:type="gramStart"/>
      <w:r w:rsidR="005251FA">
        <w:t>_  Date</w:t>
      </w:r>
      <w:proofErr w:type="gramEnd"/>
      <w:r w:rsidR="005251FA">
        <w:t>: _________________</w:t>
      </w:r>
      <w:r w:rsidR="00497A92">
        <w:t>_</w:t>
      </w:r>
      <w:r>
        <w:t xml:space="preserve"> </w:t>
      </w:r>
    </w:p>
    <w:p w14:paraId="1DF480A6" w14:textId="4BD1FE22" w:rsidR="00C52265" w:rsidRDefault="009C5DF3">
      <w:pPr>
        <w:spacing w:after="240"/>
      </w:pPr>
      <w:r>
        <w:t xml:space="preserve">  </w:t>
      </w:r>
      <w:r w:rsidR="00BD2C8C">
        <w:t>Enter the item letter from the clothing flyer. Use a separate row for each size.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95"/>
        <w:gridCol w:w="1440"/>
        <w:gridCol w:w="1620"/>
        <w:gridCol w:w="1620"/>
        <w:gridCol w:w="2515"/>
      </w:tblGrid>
      <w:tr w:rsidR="00495A53" w14:paraId="403F7287" w14:textId="77777777" w:rsidTr="002F592E">
        <w:trPr>
          <w:trHeight w:val="605"/>
          <w:jc w:val="center"/>
        </w:trPr>
        <w:tc>
          <w:tcPr>
            <w:tcW w:w="1895" w:type="dxa"/>
            <w:shd w:val="clear" w:color="auto" w:fill="EDEDED"/>
            <w:vAlign w:val="center"/>
          </w:tcPr>
          <w:p w14:paraId="47F83520" w14:textId="12B59283" w:rsidR="00495A53" w:rsidRPr="00BD2C8C" w:rsidRDefault="00495A53">
            <w:pPr>
              <w:spacing w:after="0"/>
              <w:jc w:val="center"/>
            </w:pPr>
            <w:r w:rsidRPr="00BD2C8C">
              <w:rPr>
                <w:b/>
              </w:rPr>
              <w:t>Item letter</w:t>
            </w:r>
          </w:p>
        </w:tc>
        <w:tc>
          <w:tcPr>
            <w:tcW w:w="1440" w:type="dxa"/>
            <w:shd w:val="clear" w:color="auto" w:fill="EDEDED"/>
            <w:vAlign w:val="center"/>
          </w:tcPr>
          <w:p w14:paraId="181AD7C8" w14:textId="77777777" w:rsidR="00495A53" w:rsidRPr="00BD2C8C" w:rsidRDefault="00495A53">
            <w:pPr>
              <w:spacing w:after="0"/>
              <w:jc w:val="center"/>
            </w:pPr>
            <w:r w:rsidRPr="00BD2C8C">
              <w:rPr>
                <w:b/>
              </w:rPr>
              <w:t>Size</w:t>
            </w:r>
          </w:p>
        </w:tc>
        <w:tc>
          <w:tcPr>
            <w:tcW w:w="1620" w:type="dxa"/>
            <w:shd w:val="clear" w:color="auto" w:fill="EDEDED"/>
            <w:vAlign w:val="center"/>
          </w:tcPr>
          <w:p w14:paraId="58D4CE40" w14:textId="77777777" w:rsidR="00495A53" w:rsidRPr="00BD2C8C" w:rsidRDefault="00495A53">
            <w:pPr>
              <w:spacing w:after="0"/>
              <w:jc w:val="center"/>
            </w:pPr>
            <w:r w:rsidRPr="00BD2C8C">
              <w:rPr>
                <w:b/>
              </w:rPr>
              <w:t>Quantity</w:t>
            </w:r>
          </w:p>
        </w:tc>
        <w:tc>
          <w:tcPr>
            <w:tcW w:w="1620" w:type="dxa"/>
            <w:shd w:val="clear" w:color="auto" w:fill="EDEDED"/>
            <w:vAlign w:val="center"/>
          </w:tcPr>
          <w:p w14:paraId="76F948BC" w14:textId="77777777" w:rsidR="00495A53" w:rsidRPr="00BD2C8C" w:rsidRDefault="00495A53">
            <w:pPr>
              <w:spacing w:after="0"/>
              <w:jc w:val="center"/>
            </w:pPr>
            <w:r w:rsidRPr="00BD2C8C">
              <w:rPr>
                <w:b/>
              </w:rPr>
              <w:t>Price each</w:t>
            </w:r>
          </w:p>
        </w:tc>
        <w:tc>
          <w:tcPr>
            <w:tcW w:w="2515" w:type="dxa"/>
            <w:shd w:val="clear" w:color="auto" w:fill="EDEDED"/>
            <w:vAlign w:val="center"/>
          </w:tcPr>
          <w:p w14:paraId="54684C2E" w14:textId="77777777" w:rsidR="00495A53" w:rsidRPr="00BD2C8C" w:rsidRDefault="00495A53">
            <w:pPr>
              <w:spacing w:after="0"/>
              <w:jc w:val="center"/>
            </w:pPr>
            <w:r w:rsidRPr="00BD2C8C">
              <w:rPr>
                <w:b/>
              </w:rPr>
              <w:t>Item total</w:t>
            </w:r>
          </w:p>
        </w:tc>
      </w:tr>
      <w:tr w:rsidR="00495A53" w14:paraId="2CC98150" w14:textId="77777777" w:rsidTr="002F592E">
        <w:trPr>
          <w:trHeight w:val="413"/>
          <w:jc w:val="center"/>
        </w:trPr>
        <w:tc>
          <w:tcPr>
            <w:tcW w:w="1895" w:type="dxa"/>
            <w:vAlign w:val="center"/>
          </w:tcPr>
          <w:p w14:paraId="5D197B82" w14:textId="6AFD3B64" w:rsidR="00495A53" w:rsidRPr="00781667" w:rsidRDefault="00495A53">
            <w:pPr>
              <w:spacing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1440" w:type="dxa"/>
            <w:vAlign w:val="center"/>
          </w:tcPr>
          <w:p w14:paraId="35A41B98" w14:textId="77777777" w:rsidR="00495A53" w:rsidRDefault="00495A53">
            <w:pPr>
              <w:spacing w:after="0"/>
              <w:jc w:val="center"/>
            </w:pPr>
          </w:p>
        </w:tc>
        <w:tc>
          <w:tcPr>
            <w:tcW w:w="1620" w:type="dxa"/>
            <w:vAlign w:val="center"/>
          </w:tcPr>
          <w:p w14:paraId="73C3693D" w14:textId="77777777" w:rsidR="00495A53" w:rsidRDefault="00495A53">
            <w:pPr>
              <w:spacing w:after="0"/>
              <w:jc w:val="center"/>
            </w:pPr>
          </w:p>
        </w:tc>
        <w:tc>
          <w:tcPr>
            <w:tcW w:w="1620" w:type="dxa"/>
            <w:vAlign w:val="center"/>
          </w:tcPr>
          <w:p w14:paraId="2AA92CE4" w14:textId="77777777" w:rsidR="00495A53" w:rsidRDefault="00495A53">
            <w:pPr>
              <w:spacing w:after="0"/>
              <w:jc w:val="center"/>
            </w:pPr>
          </w:p>
        </w:tc>
        <w:tc>
          <w:tcPr>
            <w:tcW w:w="2515" w:type="dxa"/>
            <w:vAlign w:val="center"/>
          </w:tcPr>
          <w:p w14:paraId="372BF7AD" w14:textId="77777777" w:rsidR="00495A53" w:rsidRDefault="00495A53">
            <w:pPr>
              <w:spacing w:after="0"/>
              <w:jc w:val="center"/>
            </w:pPr>
          </w:p>
        </w:tc>
      </w:tr>
      <w:tr w:rsidR="00495A53" w14:paraId="7DE7F1A8" w14:textId="77777777" w:rsidTr="002F592E">
        <w:trPr>
          <w:trHeight w:val="440"/>
          <w:jc w:val="center"/>
        </w:trPr>
        <w:tc>
          <w:tcPr>
            <w:tcW w:w="1895" w:type="dxa"/>
            <w:vAlign w:val="center"/>
          </w:tcPr>
          <w:p w14:paraId="4972AF41" w14:textId="1BEBA168" w:rsidR="00495A53" w:rsidRDefault="00495A53">
            <w:pPr>
              <w:spacing w:after="0"/>
              <w:jc w:val="center"/>
            </w:pPr>
          </w:p>
        </w:tc>
        <w:tc>
          <w:tcPr>
            <w:tcW w:w="1440" w:type="dxa"/>
            <w:vAlign w:val="center"/>
          </w:tcPr>
          <w:p w14:paraId="4FBA3E9B" w14:textId="77777777" w:rsidR="00495A53" w:rsidRDefault="00495A53">
            <w:pPr>
              <w:spacing w:after="0"/>
              <w:jc w:val="center"/>
            </w:pPr>
          </w:p>
        </w:tc>
        <w:tc>
          <w:tcPr>
            <w:tcW w:w="1620" w:type="dxa"/>
            <w:vAlign w:val="center"/>
          </w:tcPr>
          <w:p w14:paraId="3700B306" w14:textId="77777777" w:rsidR="00495A53" w:rsidRDefault="00495A53">
            <w:pPr>
              <w:spacing w:after="0"/>
              <w:jc w:val="center"/>
            </w:pPr>
          </w:p>
        </w:tc>
        <w:tc>
          <w:tcPr>
            <w:tcW w:w="1620" w:type="dxa"/>
            <w:vAlign w:val="center"/>
          </w:tcPr>
          <w:p w14:paraId="30E0CA8B" w14:textId="77777777" w:rsidR="00495A53" w:rsidRDefault="00495A53">
            <w:pPr>
              <w:spacing w:after="0"/>
              <w:jc w:val="center"/>
            </w:pPr>
          </w:p>
        </w:tc>
        <w:tc>
          <w:tcPr>
            <w:tcW w:w="2515" w:type="dxa"/>
            <w:vAlign w:val="center"/>
          </w:tcPr>
          <w:p w14:paraId="3AC6F669" w14:textId="77777777" w:rsidR="00495A53" w:rsidRDefault="00495A53">
            <w:pPr>
              <w:spacing w:after="0"/>
              <w:jc w:val="center"/>
            </w:pPr>
          </w:p>
        </w:tc>
      </w:tr>
      <w:tr w:rsidR="00495A53" w14:paraId="1EC02E70" w14:textId="77777777" w:rsidTr="002F592E">
        <w:trPr>
          <w:trHeight w:val="440"/>
          <w:jc w:val="center"/>
        </w:trPr>
        <w:tc>
          <w:tcPr>
            <w:tcW w:w="1895" w:type="dxa"/>
            <w:vAlign w:val="center"/>
          </w:tcPr>
          <w:p w14:paraId="462EC03A" w14:textId="260A2206" w:rsidR="00495A53" w:rsidRDefault="00495A53">
            <w:pPr>
              <w:spacing w:after="0"/>
              <w:jc w:val="center"/>
            </w:pPr>
          </w:p>
        </w:tc>
        <w:tc>
          <w:tcPr>
            <w:tcW w:w="1440" w:type="dxa"/>
            <w:vAlign w:val="center"/>
          </w:tcPr>
          <w:p w14:paraId="0A915733" w14:textId="77777777" w:rsidR="00495A53" w:rsidRDefault="00495A53">
            <w:pPr>
              <w:spacing w:after="0"/>
              <w:jc w:val="center"/>
            </w:pPr>
          </w:p>
        </w:tc>
        <w:tc>
          <w:tcPr>
            <w:tcW w:w="1620" w:type="dxa"/>
            <w:vAlign w:val="center"/>
          </w:tcPr>
          <w:p w14:paraId="04CB091C" w14:textId="77777777" w:rsidR="00495A53" w:rsidRDefault="00495A53">
            <w:pPr>
              <w:spacing w:after="0"/>
              <w:jc w:val="center"/>
            </w:pPr>
          </w:p>
        </w:tc>
        <w:tc>
          <w:tcPr>
            <w:tcW w:w="1620" w:type="dxa"/>
            <w:vAlign w:val="center"/>
          </w:tcPr>
          <w:p w14:paraId="7C2938E1" w14:textId="77777777" w:rsidR="00495A53" w:rsidRDefault="00495A53">
            <w:pPr>
              <w:spacing w:after="0"/>
              <w:jc w:val="center"/>
            </w:pPr>
          </w:p>
        </w:tc>
        <w:tc>
          <w:tcPr>
            <w:tcW w:w="2515" w:type="dxa"/>
            <w:vAlign w:val="center"/>
          </w:tcPr>
          <w:p w14:paraId="54781B67" w14:textId="77777777" w:rsidR="00495A53" w:rsidRDefault="00495A53">
            <w:pPr>
              <w:spacing w:after="0"/>
              <w:jc w:val="center"/>
            </w:pPr>
          </w:p>
        </w:tc>
      </w:tr>
      <w:tr w:rsidR="00495A53" w14:paraId="42933469" w14:textId="77777777" w:rsidTr="002F592E">
        <w:trPr>
          <w:trHeight w:val="440"/>
          <w:jc w:val="center"/>
        </w:trPr>
        <w:tc>
          <w:tcPr>
            <w:tcW w:w="1895" w:type="dxa"/>
            <w:vAlign w:val="center"/>
          </w:tcPr>
          <w:p w14:paraId="4DC2475E" w14:textId="73037D2E" w:rsidR="00495A53" w:rsidRDefault="00495A53">
            <w:pPr>
              <w:spacing w:after="0"/>
              <w:jc w:val="center"/>
            </w:pPr>
          </w:p>
        </w:tc>
        <w:tc>
          <w:tcPr>
            <w:tcW w:w="1440" w:type="dxa"/>
            <w:vAlign w:val="center"/>
          </w:tcPr>
          <w:p w14:paraId="3138C255" w14:textId="77777777" w:rsidR="00495A53" w:rsidRDefault="00495A53">
            <w:pPr>
              <w:spacing w:after="0"/>
              <w:jc w:val="center"/>
            </w:pPr>
          </w:p>
        </w:tc>
        <w:tc>
          <w:tcPr>
            <w:tcW w:w="1620" w:type="dxa"/>
            <w:vAlign w:val="center"/>
          </w:tcPr>
          <w:p w14:paraId="698400E8" w14:textId="77777777" w:rsidR="00495A53" w:rsidRDefault="00495A53">
            <w:pPr>
              <w:spacing w:after="0"/>
              <w:jc w:val="center"/>
            </w:pPr>
          </w:p>
        </w:tc>
        <w:tc>
          <w:tcPr>
            <w:tcW w:w="1620" w:type="dxa"/>
            <w:vAlign w:val="center"/>
          </w:tcPr>
          <w:p w14:paraId="0823AFCF" w14:textId="77777777" w:rsidR="00495A53" w:rsidRDefault="00495A53">
            <w:pPr>
              <w:spacing w:after="0"/>
              <w:jc w:val="center"/>
            </w:pPr>
          </w:p>
        </w:tc>
        <w:tc>
          <w:tcPr>
            <w:tcW w:w="2515" w:type="dxa"/>
            <w:vAlign w:val="center"/>
          </w:tcPr>
          <w:p w14:paraId="5C1C3E69" w14:textId="77777777" w:rsidR="00495A53" w:rsidRDefault="00495A53">
            <w:pPr>
              <w:spacing w:after="0"/>
              <w:jc w:val="center"/>
            </w:pPr>
          </w:p>
        </w:tc>
      </w:tr>
      <w:tr w:rsidR="00495A53" w14:paraId="25D309FE" w14:textId="77777777" w:rsidTr="002F592E">
        <w:trPr>
          <w:trHeight w:val="440"/>
          <w:jc w:val="center"/>
        </w:trPr>
        <w:tc>
          <w:tcPr>
            <w:tcW w:w="1895" w:type="dxa"/>
            <w:vAlign w:val="center"/>
          </w:tcPr>
          <w:p w14:paraId="244E7A0F" w14:textId="0895E5F1" w:rsidR="00495A53" w:rsidRDefault="00495A53">
            <w:pPr>
              <w:spacing w:after="0"/>
              <w:jc w:val="center"/>
            </w:pPr>
          </w:p>
        </w:tc>
        <w:tc>
          <w:tcPr>
            <w:tcW w:w="1440" w:type="dxa"/>
            <w:vAlign w:val="center"/>
          </w:tcPr>
          <w:p w14:paraId="71AD6A16" w14:textId="77777777" w:rsidR="00495A53" w:rsidRDefault="00495A53">
            <w:pPr>
              <w:spacing w:after="0"/>
              <w:jc w:val="center"/>
            </w:pPr>
          </w:p>
        </w:tc>
        <w:tc>
          <w:tcPr>
            <w:tcW w:w="1620" w:type="dxa"/>
            <w:vAlign w:val="center"/>
          </w:tcPr>
          <w:p w14:paraId="24CBC9A0" w14:textId="77777777" w:rsidR="00495A53" w:rsidRDefault="00495A53">
            <w:pPr>
              <w:spacing w:after="0"/>
              <w:jc w:val="center"/>
            </w:pPr>
          </w:p>
        </w:tc>
        <w:tc>
          <w:tcPr>
            <w:tcW w:w="1620" w:type="dxa"/>
            <w:vAlign w:val="center"/>
          </w:tcPr>
          <w:p w14:paraId="3902CDE0" w14:textId="77777777" w:rsidR="00495A53" w:rsidRDefault="00495A53">
            <w:pPr>
              <w:spacing w:after="0"/>
              <w:jc w:val="center"/>
            </w:pPr>
          </w:p>
        </w:tc>
        <w:tc>
          <w:tcPr>
            <w:tcW w:w="2515" w:type="dxa"/>
            <w:vAlign w:val="center"/>
          </w:tcPr>
          <w:p w14:paraId="3BA0E08B" w14:textId="77777777" w:rsidR="00495A53" w:rsidRDefault="00495A53">
            <w:pPr>
              <w:spacing w:after="0"/>
              <w:jc w:val="center"/>
            </w:pPr>
          </w:p>
        </w:tc>
      </w:tr>
      <w:tr w:rsidR="00495A53" w14:paraId="710FC5AF" w14:textId="77777777" w:rsidTr="002F592E">
        <w:trPr>
          <w:trHeight w:val="440"/>
          <w:jc w:val="center"/>
        </w:trPr>
        <w:tc>
          <w:tcPr>
            <w:tcW w:w="1895" w:type="dxa"/>
            <w:vAlign w:val="center"/>
          </w:tcPr>
          <w:p w14:paraId="2C33126B" w14:textId="09EC6DDA" w:rsidR="00495A53" w:rsidRDefault="00495A53">
            <w:pPr>
              <w:spacing w:after="0"/>
              <w:jc w:val="center"/>
            </w:pPr>
          </w:p>
        </w:tc>
        <w:tc>
          <w:tcPr>
            <w:tcW w:w="1440" w:type="dxa"/>
            <w:vAlign w:val="center"/>
          </w:tcPr>
          <w:p w14:paraId="3E564EBD" w14:textId="77777777" w:rsidR="00495A53" w:rsidRDefault="00495A53">
            <w:pPr>
              <w:spacing w:after="0"/>
              <w:jc w:val="center"/>
            </w:pPr>
          </w:p>
        </w:tc>
        <w:tc>
          <w:tcPr>
            <w:tcW w:w="1620" w:type="dxa"/>
            <w:vAlign w:val="center"/>
          </w:tcPr>
          <w:p w14:paraId="10178786" w14:textId="77777777" w:rsidR="00495A53" w:rsidRDefault="00495A53">
            <w:pPr>
              <w:spacing w:after="0"/>
              <w:jc w:val="center"/>
            </w:pPr>
          </w:p>
        </w:tc>
        <w:tc>
          <w:tcPr>
            <w:tcW w:w="1620" w:type="dxa"/>
            <w:vAlign w:val="center"/>
          </w:tcPr>
          <w:p w14:paraId="71B6D181" w14:textId="77777777" w:rsidR="00495A53" w:rsidRDefault="00495A53">
            <w:pPr>
              <w:spacing w:after="0"/>
              <w:jc w:val="center"/>
            </w:pPr>
          </w:p>
        </w:tc>
        <w:tc>
          <w:tcPr>
            <w:tcW w:w="2515" w:type="dxa"/>
            <w:vAlign w:val="center"/>
          </w:tcPr>
          <w:p w14:paraId="0D903A0D" w14:textId="77777777" w:rsidR="00495A53" w:rsidRDefault="00495A53">
            <w:pPr>
              <w:spacing w:after="0"/>
              <w:jc w:val="center"/>
            </w:pPr>
          </w:p>
        </w:tc>
      </w:tr>
      <w:tr w:rsidR="00495A53" w14:paraId="6A5D3FC4" w14:textId="77777777" w:rsidTr="002F592E">
        <w:trPr>
          <w:trHeight w:val="440"/>
          <w:jc w:val="center"/>
        </w:trPr>
        <w:tc>
          <w:tcPr>
            <w:tcW w:w="1895" w:type="dxa"/>
            <w:vAlign w:val="center"/>
          </w:tcPr>
          <w:p w14:paraId="051FB6ED" w14:textId="0AD98E55" w:rsidR="00495A53" w:rsidRDefault="00495A53">
            <w:pPr>
              <w:spacing w:after="0"/>
              <w:jc w:val="center"/>
            </w:pPr>
          </w:p>
        </w:tc>
        <w:tc>
          <w:tcPr>
            <w:tcW w:w="1440" w:type="dxa"/>
            <w:vAlign w:val="center"/>
          </w:tcPr>
          <w:p w14:paraId="2CB94863" w14:textId="77777777" w:rsidR="00495A53" w:rsidRDefault="00495A53">
            <w:pPr>
              <w:spacing w:after="0"/>
              <w:jc w:val="center"/>
            </w:pPr>
          </w:p>
        </w:tc>
        <w:tc>
          <w:tcPr>
            <w:tcW w:w="1620" w:type="dxa"/>
            <w:vAlign w:val="center"/>
          </w:tcPr>
          <w:p w14:paraId="5B1AD0D6" w14:textId="77777777" w:rsidR="00495A53" w:rsidRDefault="00495A53">
            <w:pPr>
              <w:spacing w:after="0"/>
              <w:jc w:val="center"/>
            </w:pPr>
          </w:p>
        </w:tc>
        <w:tc>
          <w:tcPr>
            <w:tcW w:w="1620" w:type="dxa"/>
            <w:vAlign w:val="center"/>
          </w:tcPr>
          <w:p w14:paraId="2ECA7789" w14:textId="77777777" w:rsidR="00495A53" w:rsidRDefault="00495A53">
            <w:pPr>
              <w:spacing w:after="0"/>
              <w:jc w:val="center"/>
            </w:pPr>
          </w:p>
        </w:tc>
        <w:tc>
          <w:tcPr>
            <w:tcW w:w="2515" w:type="dxa"/>
            <w:vAlign w:val="center"/>
          </w:tcPr>
          <w:p w14:paraId="28589BC9" w14:textId="77777777" w:rsidR="00495A53" w:rsidRDefault="00495A53">
            <w:pPr>
              <w:spacing w:after="0"/>
              <w:jc w:val="center"/>
            </w:pPr>
          </w:p>
        </w:tc>
      </w:tr>
      <w:tr w:rsidR="00495A53" w14:paraId="11DF9BEC" w14:textId="77777777" w:rsidTr="002F592E">
        <w:trPr>
          <w:trHeight w:val="440"/>
          <w:jc w:val="center"/>
        </w:trPr>
        <w:tc>
          <w:tcPr>
            <w:tcW w:w="1895" w:type="dxa"/>
            <w:vAlign w:val="center"/>
          </w:tcPr>
          <w:p w14:paraId="16642290" w14:textId="7844C6D2" w:rsidR="00495A53" w:rsidRDefault="00495A53">
            <w:pPr>
              <w:spacing w:after="0"/>
              <w:jc w:val="center"/>
            </w:pPr>
          </w:p>
        </w:tc>
        <w:tc>
          <w:tcPr>
            <w:tcW w:w="1440" w:type="dxa"/>
            <w:vAlign w:val="center"/>
          </w:tcPr>
          <w:p w14:paraId="1A8EB86B" w14:textId="77777777" w:rsidR="00495A53" w:rsidRDefault="00495A53">
            <w:pPr>
              <w:spacing w:after="0"/>
              <w:jc w:val="center"/>
            </w:pPr>
          </w:p>
        </w:tc>
        <w:tc>
          <w:tcPr>
            <w:tcW w:w="1620" w:type="dxa"/>
            <w:vAlign w:val="center"/>
          </w:tcPr>
          <w:p w14:paraId="7045ACFF" w14:textId="77777777" w:rsidR="00495A53" w:rsidRDefault="00495A53">
            <w:pPr>
              <w:spacing w:after="0"/>
              <w:jc w:val="center"/>
            </w:pPr>
          </w:p>
        </w:tc>
        <w:tc>
          <w:tcPr>
            <w:tcW w:w="1620" w:type="dxa"/>
            <w:vAlign w:val="center"/>
          </w:tcPr>
          <w:p w14:paraId="3C0AA175" w14:textId="77777777" w:rsidR="00495A53" w:rsidRDefault="00495A53">
            <w:pPr>
              <w:spacing w:after="0"/>
              <w:jc w:val="center"/>
            </w:pPr>
          </w:p>
        </w:tc>
        <w:tc>
          <w:tcPr>
            <w:tcW w:w="2515" w:type="dxa"/>
            <w:vAlign w:val="center"/>
          </w:tcPr>
          <w:p w14:paraId="7EE0D1DA" w14:textId="77777777" w:rsidR="00495A53" w:rsidRDefault="00495A53">
            <w:pPr>
              <w:spacing w:after="0"/>
              <w:jc w:val="center"/>
            </w:pPr>
          </w:p>
        </w:tc>
      </w:tr>
      <w:tr w:rsidR="00495A53" w14:paraId="35159748" w14:textId="77777777" w:rsidTr="002F592E">
        <w:trPr>
          <w:trHeight w:val="440"/>
          <w:jc w:val="center"/>
        </w:trPr>
        <w:tc>
          <w:tcPr>
            <w:tcW w:w="1895" w:type="dxa"/>
            <w:vAlign w:val="center"/>
          </w:tcPr>
          <w:p w14:paraId="4A6D6CCC" w14:textId="69DF4F0F" w:rsidR="00495A53" w:rsidRDefault="00495A53">
            <w:pPr>
              <w:spacing w:after="0"/>
              <w:jc w:val="center"/>
            </w:pPr>
          </w:p>
        </w:tc>
        <w:tc>
          <w:tcPr>
            <w:tcW w:w="1440" w:type="dxa"/>
            <w:vAlign w:val="center"/>
          </w:tcPr>
          <w:p w14:paraId="62F3B38F" w14:textId="77777777" w:rsidR="00495A53" w:rsidRDefault="00495A53">
            <w:pPr>
              <w:spacing w:after="0"/>
              <w:jc w:val="center"/>
            </w:pPr>
          </w:p>
        </w:tc>
        <w:tc>
          <w:tcPr>
            <w:tcW w:w="1620" w:type="dxa"/>
            <w:vAlign w:val="center"/>
          </w:tcPr>
          <w:p w14:paraId="3A3C72E8" w14:textId="77777777" w:rsidR="00495A53" w:rsidRDefault="00495A53">
            <w:pPr>
              <w:spacing w:after="0"/>
              <w:jc w:val="center"/>
            </w:pPr>
          </w:p>
        </w:tc>
        <w:tc>
          <w:tcPr>
            <w:tcW w:w="1620" w:type="dxa"/>
            <w:vAlign w:val="center"/>
          </w:tcPr>
          <w:p w14:paraId="3C10EEB8" w14:textId="77777777" w:rsidR="00495A53" w:rsidRDefault="00495A53">
            <w:pPr>
              <w:spacing w:after="0"/>
              <w:jc w:val="center"/>
            </w:pPr>
          </w:p>
        </w:tc>
        <w:tc>
          <w:tcPr>
            <w:tcW w:w="2515" w:type="dxa"/>
            <w:vAlign w:val="center"/>
          </w:tcPr>
          <w:p w14:paraId="70A2EAC6" w14:textId="77777777" w:rsidR="00495A53" w:rsidRDefault="00495A53">
            <w:pPr>
              <w:spacing w:after="0"/>
              <w:jc w:val="center"/>
            </w:pPr>
          </w:p>
        </w:tc>
      </w:tr>
      <w:tr w:rsidR="00495A53" w14:paraId="752A4044" w14:textId="77777777" w:rsidTr="002F592E">
        <w:trPr>
          <w:trHeight w:val="440"/>
          <w:jc w:val="center"/>
        </w:trPr>
        <w:tc>
          <w:tcPr>
            <w:tcW w:w="1895" w:type="dxa"/>
            <w:vAlign w:val="center"/>
          </w:tcPr>
          <w:p w14:paraId="1859679F" w14:textId="50699FBC" w:rsidR="00495A53" w:rsidRDefault="00495A53">
            <w:pPr>
              <w:spacing w:after="0"/>
              <w:jc w:val="center"/>
            </w:pPr>
          </w:p>
        </w:tc>
        <w:tc>
          <w:tcPr>
            <w:tcW w:w="1440" w:type="dxa"/>
            <w:vAlign w:val="center"/>
          </w:tcPr>
          <w:p w14:paraId="38E8F6A9" w14:textId="77777777" w:rsidR="00495A53" w:rsidRDefault="00495A53">
            <w:pPr>
              <w:spacing w:after="0"/>
              <w:jc w:val="center"/>
            </w:pPr>
          </w:p>
        </w:tc>
        <w:tc>
          <w:tcPr>
            <w:tcW w:w="1620" w:type="dxa"/>
            <w:vAlign w:val="center"/>
          </w:tcPr>
          <w:p w14:paraId="5C4B7833" w14:textId="77777777" w:rsidR="00495A53" w:rsidRDefault="00495A53">
            <w:pPr>
              <w:spacing w:after="0"/>
              <w:jc w:val="center"/>
            </w:pPr>
          </w:p>
        </w:tc>
        <w:tc>
          <w:tcPr>
            <w:tcW w:w="1620" w:type="dxa"/>
            <w:vAlign w:val="center"/>
          </w:tcPr>
          <w:p w14:paraId="564F2F51" w14:textId="77777777" w:rsidR="00495A53" w:rsidRDefault="00495A53">
            <w:pPr>
              <w:spacing w:after="0"/>
              <w:jc w:val="center"/>
            </w:pPr>
          </w:p>
        </w:tc>
        <w:tc>
          <w:tcPr>
            <w:tcW w:w="2515" w:type="dxa"/>
            <w:vAlign w:val="center"/>
          </w:tcPr>
          <w:p w14:paraId="36D71AC1" w14:textId="77777777" w:rsidR="00495A53" w:rsidRDefault="00495A53">
            <w:pPr>
              <w:spacing w:after="0"/>
              <w:jc w:val="center"/>
            </w:pPr>
          </w:p>
        </w:tc>
      </w:tr>
      <w:tr w:rsidR="00131ED3" w14:paraId="5E1C517B" w14:textId="77777777" w:rsidTr="002F592E">
        <w:trPr>
          <w:trHeight w:val="440"/>
          <w:jc w:val="center"/>
        </w:trPr>
        <w:tc>
          <w:tcPr>
            <w:tcW w:w="1895" w:type="dxa"/>
            <w:vAlign w:val="center"/>
          </w:tcPr>
          <w:p w14:paraId="61E9C00F" w14:textId="77777777" w:rsidR="00131ED3" w:rsidRDefault="00131ED3">
            <w:pPr>
              <w:spacing w:after="0"/>
              <w:jc w:val="center"/>
            </w:pPr>
          </w:p>
        </w:tc>
        <w:tc>
          <w:tcPr>
            <w:tcW w:w="1440" w:type="dxa"/>
            <w:vAlign w:val="center"/>
          </w:tcPr>
          <w:p w14:paraId="5F79D95D" w14:textId="77777777" w:rsidR="00131ED3" w:rsidRDefault="00131ED3">
            <w:pPr>
              <w:spacing w:after="0"/>
              <w:jc w:val="center"/>
            </w:pPr>
          </w:p>
        </w:tc>
        <w:tc>
          <w:tcPr>
            <w:tcW w:w="1620" w:type="dxa"/>
            <w:vAlign w:val="center"/>
          </w:tcPr>
          <w:p w14:paraId="60949D6C" w14:textId="77777777" w:rsidR="00131ED3" w:rsidRDefault="00131ED3">
            <w:pPr>
              <w:spacing w:after="0"/>
              <w:jc w:val="center"/>
            </w:pPr>
          </w:p>
        </w:tc>
        <w:tc>
          <w:tcPr>
            <w:tcW w:w="1620" w:type="dxa"/>
            <w:vAlign w:val="center"/>
          </w:tcPr>
          <w:p w14:paraId="406833DE" w14:textId="77777777" w:rsidR="00131ED3" w:rsidRDefault="00131ED3">
            <w:pPr>
              <w:spacing w:after="0"/>
              <w:jc w:val="center"/>
            </w:pPr>
          </w:p>
        </w:tc>
        <w:tc>
          <w:tcPr>
            <w:tcW w:w="2515" w:type="dxa"/>
            <w:vAlign w:val="center"/>
          </w:tcPr>
          <w:p w14:paraId="789A9A3F" w14:textId="77777777" w:rsidR="00131ED3" w:rsidRDefault="00131ED3">
            <w:pPr>
              <w:spacing w:after="0"/>
              <w:jc w:val="center"/>
            </w:pPr>
          </w:p>
        </w:tc>
      </w:tr>
    </w:tbl>
    <w:p w14:paraId="55CC20A0" w14:textId="77777777" w:rsidR="00131ED3" w:rsidRDefault="00131ED3">
      <w:pPr>
        <w:jc w:val="right"/>
      </w:pPr>
    </w:p>
    <w:p w14:paraId="5BCDF5EE" w14:textId="77777777" w:rsidR="0016002E" w:rsidRDefault="00131ED3" w:rsidP="00131ED3">
      <w:r>
        <w:t xml:space="preserve">                                                                </w:t>
      </w:r>
    </w:p>
    <w:p w14:paraId="469AA19A" w14:textId="006C163C" w:rsidR="00131ED3" w:rsidRDefault="0016002E" w:rsidP="00131ED3">
      <w:pPr>
        <w:rPr>
          <w:b/>
          <w:bCs/>
          <w:sz w:val="24"/>
          <w:szCs w:val="24"/>
        </w:rPr>
      </w:pPr>
      <w:r>
        <w:t xml:space="preserve">                                                             </w:t>
      </w:r>
      <w:r w:rsidR="00A26108" w:rsidRPr="00644EAB">
        <w:rPr>
          <w:b/>
          <w:bCs/>
          <w:sz w:val="24"/>
          <w:szCs w:val="24"/>
        </w:rPr>
        <w:t xml:space="preserve">TOTAL FOR THE </w:t>
      </w:r>
      <w:proofErr w:type="gramStart"/>
      <w:r w:rsidR="00A26108" w:rsidRPr="00644EAB">
        <w:rPr>
          <w:b/>
          <w:bCs/>
          <w:sz w:val="24"/>
          <w:szCs w:val="24"/>
        </w:rPr>
        <w:t>ORDER  $</w:t>
      </w:r>
      <w:proofErr w:type="gramEnd"/>
      <w:r w:rsidR="00A26108" w:rsidRPr="00644EAB">
        <w:rPr>
          <w:b/>
          <w:bCs/>
          <w:sz w:val="24"/>
          <w:szCs w:val="24"/>
        </w:rPr>
        <w:t>___</w:t>
      </w:r>
      <w:r w:rsidR="00644EAB" w:rsidRPr="00644EAB">
        <w:rPr>
          <w:b/>
          <w:bCs/>
          <w:sz w:val="24"/>
          <w:szCs w:val="24"/>
        </w:rPr>
        <w:t>_______</w:t>
      </w:r>
      <w:r w:rsidR="00A26108" w:rsidRPr="00644EAB">
        <w:rPr>
          <w:b/>
          <w:bCs/>
          <w:sz w:val="24"/>
          <w:szCs w:val="24"/>
        </w:rPr>
        <w:t>_______</w:t>
      </w:r>
    </w:p>
    <w:p w14:paraId="0213B652" w14:textId="77777777" w:rsidR="00144B40" w:rsidRDefault="00144B40" w:rsidP="00131ED3">
      <w:pPr>
        <w:rPr>
          <w:b/>
          <w:bCs/>
          <w:sz w:val="24"/>
          <w:szCs w:val="24"/>
        </w:rPr>
      </w:pPr>
    </w:p>
    <w:p w14:paraId="23233F46" w14:textId="07873EBB" w:rsidR="00144B40" w:rsidRPr="00644EAB" w:rsidRDefault="00144B40" w:rsidP="00131ED3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Payment method:  _____________________   Amount enclosed</w:t>
      </w:r>
      <w:r w:rsidR="00F037D1">
        <w:rPr>
          <w:b/>
          <w:bCs/>
          <w:sz w:val="24"/>
          <w:szCs w:val="24"/>
        </w:rPr>
        <w:t>:  $ _____________</w:t>
      </w:r>
    </w:p>
    <w:sectPr w:rsidR="00144B40" w:rsidRPr="00644EAB" w:rsidSect="003F2D7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743600095">
    <w:abstractNumId w:val="8"/>
  </w:num>
  <w:num w:numId="2" w16cid:durableId="1295912101">
    <w:abstractNumId w:val="6"/>
  </w:num>
  <w:num w:numId="3" w16cid:durableId="175462532">
    <w:abstractNumId w:val="5"/>
  </w:num>
  <w:num w:numId="4" w16cid:durableId="1454599132">
    <w:abstractNumId w:val="4"/>
  </w:num>
  <w:num w:numId="5" w16cid:durableId="1380976191">
    <w:abstractNumId w:val="7"/>
  </w:num>
  <w:num w:numId="6" w16cid:durableId="1445468057">
    <w:abstractNumId w:val="3"/>
  </w:num>
  <w:num w:numId="7" w16cid:durableId="1835761501">
    <w:abstractNumId w:val="2"/>
  </w:num>
  <w:num w:numId="8" w16cid:durableId="561257958">
    <w:abstractNumId w:val="1"/>
  </w:num>
  <w:num w:numId="9" w16cid:durableId="19735590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31ED3"/>
    <w:rsid w:val="00144B40"/>
    <w:rsid w:val="0015074B"/>
    <w:rsid w:val="0016002E"/>
    <w:rsid w:val="0021625F"/>
    <w:rsid w:val="00266DD0"/>
    <w:rsid w:val="00267BFE"/>
    <w:rsid w:val="002700AB"/>
    <w:rsid w:val="0029639D"/>
    <w:rsid w:val="002F592E"/>
    <w:rsid w:val="003151FE"/>
    <w:rsid w:val="00326F90"/>
    <w:rsid w:val="003F2D74"/>
    <w:rsid w:val="004873B0"/>
    <w:rsid w:val="00495A53"/>
    <w:rsid w:val="00497A92"/>
    <w:rsid w:val="00524BC1"/>
    <w:rsid w:val="005251FA"/>
    <w:rsid w:val="00531287"/>
    <w:rsid w:val="00644EAB"/>
    <w:rsid w:val="00676572"/>
    <w:rsid w:val="006767BD"/>
    <w:rsid w:val="006862E2"/>
    <w:rsid w:val="00781667"/>
    <w:rsid w:val="008A1CC6"/>
    <w:rsid w:val="008A3EE9"/>
    <w:rsid w:val="00945806"/>
    <w:rsid w:val="009C5DF3"/>
    <w:rsid w:val="00A12D2F"/>
    <w:rsid w:val="00A26108"/>
    <w:rsid w:val="00AA1D8D"/>
    <w:rsid w:val="00B43534"/>
    <w:rsid w:val="00B47730"/>
    <w:rsid w:val="00BA6847"/>
    <w:rsid w:val="00BD2C8C"/>
    <w:rsid w:val="00C52265"/>
    <w:rsid w:val="00CB0664"/>
    <w:rsid w:val="00D7785F"/>
    <w:rsid w:val="00E37E4A"/>
    <w:rsid w:val="00F037D1"/>
    <w:rsid w:val="00F756EC"/>
    <w:rsid w:val="00F774A1"/>
    <w:rsid w:val="00FB4FFF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41937DD"/>
  <w14:defaultImageDpi w14:val="300"/>
  <w15:docId w15:val="{4B3CB80E-ECB8-4A47-964A-AA06AD9C4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/>
      <w:color w:val="000000"/>
      <w:spacing w:val="5"/>
      <w:kern w:val="28"/>
      <w:sz w:val="44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124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834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Cynthia Lee</cp:lastModifiedBy>
  <cp:revision>33</cp:revision>
  <cp:lastPrinted>2026-10-13T14:57:00Z</cp:lastPrinted>
  <dcterms:created xsi:type="dcterms:W3CDTF">2026-10-13T14:58:00Z</dcterms:created>
  <dcterms:modified xsi:type="dcterms:W3CDTF">2026-10-20T14:42:00Z</dcterms:modified>
  <cp:category/>
</cp:coreProperties>
</file>